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506BA" w14:textId="01FFC38F" w:rsidR="00D872C3" w:rsidRPr="00163F4F" w:rsidRDefault="00E67CBA" w:rsidP="00E67CBA">
      <w:pPr>
        <w:jc w:val="center"/>
        <w:rPr>
          <w:rFonts w:ascii="標楷體" w:eastAsia="標楷體" w:hAnsi="標楷體"/>
          <w:sz w:val="24"/>
          <w:lang w:eastAsia="zh-TW"/>
        </w:rPr>
      </w:pPr>
      <w:r w:rsidRPr="00E67CBA">
        <w:rPr>
          <w:rFonts w:ascii="標楷體" w:eastAsia="標楷體" w:hAnsi="標楷體" w:hint="eastAsia"/>
          <w:b/>
          <w:sz w:val="24"/>
          <w:lang w:eastAsia="zh-TW"/>
        </w:rPr>
        <w:t>基隆市OO高國中/小/幼兒園學生合理調整</w:t>
      </w:r>
      <w:r w:rsidR="0025577D" w:rsidRPr="00163F4F">
        <w:rPr>
          <w:rFonts w:ascii="標楷體" w:eastAsia="標楷體" w:hAnsi="標楷體"/>
          <w:b/>
          <w:sz w:val="24"/>
          <w:lang w:eastAsia="zh-TW"/>
        </w:rPr>
        <w:t>申請書（範本）</w:t>
      </w:r>
    </w:p>
    <w:p w14:paraId="582FBD60" w14:textId="1EB3DE16" w:rsidR="00D872C3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※ 本申請書供有</w:t>
      </w:r>
      <w:r w:rsidR="00C64A91" w:rsidRPr="00163F4F">
        <w:rPr>
          <w:rFonts w:ascii="標楷體" w:eastAsia="標楷體" w:hAnsi="標楷體"/>
          <w:lang w:eastAsia="zh-TW"/>
        </w:rPr>
        <w:t>身心障礙或</w:t>
      </w:r>
      <w:r w:rsidRPr="00163F4F">
        <w:rPr>
          <w:rFonts w:ascii="標楷體" w:eastAsia="標楷體" w:hAnsi="標楷體"/>
          <w:lang w:eastAsia="zh-TW"/>
        </w:rPr>
        <w:t>障礙處境之</w:t>
      </w:r>
      <w:r w:rsidR="00C64A91" w:rsidRPr="00163F4F">
        <w:rPr>
          <w:rFonts w:ascii="標楷體" w:eastAsia="標楷體" w:hAnsi="標楷體"/>
          <w:lang w:eastAsia="zh-TW"/>
        </w:rPr>
        <w:t>學生</w:t>
      </w:r>
      <w:r w:rsidRPr="00163F4F">
        <w:rPr>
          <w:rFonts w:ascii="標楷體" w:eastAsia="標楷體" w:hAnsi="標楷體"/>
          <w:lang w:eastAsia="zh-TW"/>
        </w:rPr>
        <w:t>申請提出合理調整需求時使用。本機關將依個資法保密並妥善處理您的資料。</w:t>
      </w:r>
    </w:p>
    <w:p w14:paraId="27A867E4" w14:textId="77777777" w:rsidR="00C64A91" w:rsidRPr="00163F4F" w:rsidRDefault="00C64A91">
      <w:pPr>
        <w:rPr>
          <w:rFonts w:ascii="標楷體" w:eastAsia="標楷體" w:hAnsi="標楷體"/>
          <w:lang w:eastAsia="zh-TW"/>
        </w:rPr>
      </w:pPr>
    </w:p>
    <w:p w14:paraId="3A80E15E" w14:textId="77777777" w:rsidR="00D872C3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b/>
          <w:lang w:eastAsia="zh-TW"/>
        </w:rPr>
        <w:t>一、申請人基本資料</w:t>
      </w:r>
    </w:p>
    <w:tbl>
      <w:tblPr>
        <w:tblStyle w:val="aff2"/>
        <w:tblW w:w="9640" w:type="dxa"/>
        <w:tblInd w:w="-318" w:type="dxa"/>
        <w:tblLook w:val="04A0" w:firstRow="1" w:lastRow="0" w:firstColumn="1" w:lastColumn="0" w:noHBand="0" w:noVBand="1"/>
      </w:tblPr>
      <w:tblGrid>
        <w:gridCol w:w="2492"/>
        <w:gridCol w:w="1903"/>
        <w:gridCol w:w="2835"/>
        <w:gridCol w:w="2410"/>
      </w:tblGrid>
      <w:tr w:rsidR="00C64A91" w:rsidRPr="00163F4F" w14:paraId="73627945" w14:textId="77777777" w:rsidTr="00C64A91">
        <w:tc>
          <w:tcPr>
            <w:tcW w:w="2492" w:type="dxa"/>
            <w:vAlign w:val="center"/>
          </w:tcPr>
          <w:p w14:paraId="283CBFC7" w14:textId="18B4D011" w:rsidR="00C64A91" w:rsidRPr="00163F4F" w:rsidRDefault="00C64A91" w:rsidP="00C64A91">
            <w:pPr>
              <w:spacing w:beforeLines="50" w:before="120" w:afterLines="50" w:after="120"/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學生姓名</w:t>
            </w:r>
          </w:p>
        </w:tc>
        <w:tc>
          <w:tcPr>
            <w:tcW w:w="1903" w:type="dxa"/>
          </w:tcPr>
          <w:p w14:paraId="3D9609F6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835" w:type="dxa"/>
            <w:vAlign w:val="center"/>
          </w:tcPr>
          <w:p w14:paraId="400905F2" w14:textId="087D5A9E" w:rsidR="00C64A91" w:rsidRPr="00163F4F" w:rsidRDefault="00C64A91" w:rsidP="00C64A91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出生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>年月日</w:t>
            </w:r>
          </w:p>
        </w:tc>
        <w:tc>
          <w:tcPr>
            <w:tcW w:w="2410" w:type="dxa"/>
          </w:tcPr>
          <w:p w14:paraId="3535FE1D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C64A91" w:rsidRPr="00163F4F" w14:paraId="1C9568E8" w14:textId="77777777" w:rsidTr="00C64A91">
        <w:tc>
          <w:tcPr>
            <w:tcW w:w="2492" w:type="dxa"/>
            <w:vAlign w:val="center"/>
          </w:tcPr>
          <w:p w14:paraId="23D34AFF" w14:textId="5D7C66B7" w:rsidR="00C64A91" w:rsidRPr="00163F4F" w:rsidRDefault="00C64A91" w:rsidP="00C64A91">
            <w:pPr>
              <w:spacing w:beforeLines="50" w:before="120" w:afterLines="50" w:after="120"/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身分證字號</w:t>
            </w:r>
          </w:p>
        </w:tc>
        <w:tc>
          <w:tcPr>
            <w:tcW w:w="1903" w:type="dxa"/>
          </w:tcPr>
          <w:p w14:paraId="7BF0E715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835" w:type="dxa"/>
            <w:vAlign w:val="center"/>
          </w:tcPr>
          <w:p w14:paraId="63DE17A6" w14:textId="4C0A1499" w:rsidR="00C64A91" w:rsidRPr="00163F4F" w:rsidRDefault="00C64A91" w:rsidP="00C64A91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就讀年級及班級</w:t>
            </w:r>
          </w:p>
        </w:tc>
        <w:tc>
          <w:tcPr>
            <w:tcW w:w="2410" w:type="dxa"/>
          </w:tcPr>
          <w:p w14:paraId="5A3E216E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C64A91" w:rsidRPr="00163F4F" w14:paraId="5A9DEAFC" w14:textId="77777777" w:rsidTr="00C64A91">
        <w:tc>
          <w:tcPr>
            <w:tcW w:w="2492" w:type="dxa"/>
            <w:vAlign w:val="center"/>
          </w:tcPr>
          <w:p w14:paraId="5DFBF13A" w14:textId="18FB91BC" w:rsidR="00C64A91" w:rsidRPr="00163F4F" w:rsidRDefault="00C64A91" w:rsidP="00C64A91">
            <w:pPr>
              <w:spacing w:beforeLines="50" w:before="120" w:afterLines="50" w:after="120"/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家長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>/</w:t>
            </w:r>
            <w:r w:rsidRPr="00163F4F">
              <w:rPr>
                <w:rFonts w:ascii="標楷體" w:eastAsia="標楷體" w:hAnsi="標楷體"/>
                <w:lang w:eastAsia="zh-TW"/>
              </w:rPr>
              <w:t>主要照顧者姓名</w:t>
            </w:r>
          </w:p>
        </w:tc>
        <w:tc>
          <w:tcPr>
            <w:tcW w:w="1903" w:type="dxa"/>
          </w:tcPr>
          <w:p w14:paraId="256223AD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835" w:type="dxa"/>
            <w:vAlign w:val="center"/>
          </w:tcPr>
          <w:p w14:paraId="40FF6303" w14:textId="0612867C" w:rsidR="00C64A91" w:rsidRPr="00163F4F" w:rsidRDefault="00C64A91" w:rsidP="00C64A91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家長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>/</w:t>
            </w:r>
            <w:r w:rsidRPr="00163F4F">
              <w:rPr>
                <w:rFonts w:ascii="標楷體" w:eastAsia="標楷體" w:hAnsi="標楷體"/>
                <w:lang w:eastAsia="zh-TW"/>
              </w:rPr>
              <w:t>主要照顧者聯絡電話</w:t>
            </w:r>
          </w:p>
        </w:tc>
        <w:tc>
          <w:tcPr>
            <w:tcW w:w="2410" w:type="dxa"/>
          </w:tcPr>
          <w:p w14:paraId="208648A7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C64A91" w:rsidRPr="00163F4F" w14:paraId="41D5030D" w14:textId="77777777" w:rsidTr="00C64A91">
        <w:tc>
          <w:tcPr>
            <w:tcW w:w="2492" w:type="dxa"/>
            <w:vAlign w:val="center"/>
          </w:tcPr>
          <w:p w14:paraId="65773295" w14:textId="77777777" w:rsidR="00C64A91" w:rsidRPr="00163F4F" w:rsidRDefault="00C64A91" w:rsidP="00C64A91">
            <w:pPr>
              <w:spacing w:beforeLines="50" w:before="120" w:afterLines="50" w:after="120"/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家長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>／</w:t>
            </w:r>
            <w:r w:rsidRPr="00163F4F">
              <w:rPr>
                <w:rFonts w:ascii="標楷體" w:eastAsia="標楷體" w:hAnsi="標楷體"/>
                <w:lang w:eastAsia="zh-TW"/>
              </w:rPr>
              <w:t>主要照顧者</w:t>
            </w:r>
          </w:p>
          <w:p w14:paraId="144CC8FF" w14:textId="1B213EE9" w:rsidR="00C64A91" w:rsidRPr="00163F4F" w:rsidRDefault="00C64A91" w:rsidP="00C64A91">
            <w:pPr>
              <w:spacing w:beforeLines="50" w:before="120" w:afterLines="50" w:after="120"/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 w:hint="eastAsia"/>
                <w:lang w:eastAsia="zh-TW"/>
              </w:rPr>
              <w:t>e</w:t>
            </w:r>
            <w:r w:rsidRPr="00163F4F">
              <w:rPr>
                <w:rFonts w:ascii="標楷體" w:eastAsia="標楷體" w:hAnsi="標楷體"/>
                <w:lang w:eastAsia="zh-TW"/>
              </w:rPr>
              <w:t>-mail</w:t>
            </w:r>
          </w:p>
        </w:tc>
        <w:tc>
          <w:tcPr>
            <w:tcW w:w="1903" w:type="dxa"/>
          </w:tcPr>
          <w:p w14:paraId="60C799D4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835" w:type="dxa"/>
            <w:vAlign w:val="center"/>
          </w:tcPr>
          <w:p w14:paraId="646546E2" w14:textId="7188679B" w:rsidR="00C64A91" w:rsidRPr="00163F4F" w:rsidRDefault="00C64A91" w:rsidP="00C64A91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 w:hint="eastAsia"/>
                <w:lang w:eastAsia="zh-TW"/>
              </w:rPr>
              <w:t>家長／</w:t>
            </w:r>
            <w:r w:rsidRPr="00163F4F">
              <w:rPr>
                <w:rFonts w:ascii="標楷體" w:eastAsia="標楷體" w:hAnsi="標楷體"/>
                <w:lang w:eastAsia="zh-TW"/>
              </w:rPr>
              <w:t>主要照顧者主要溝通方式</w:t>
            </w:r>
          </w:p>
        </w:tc>
        <w:tc>
          <w:tcPr>
            <w:tcW w:w="2410" w:type="dxa"/>
          </w:tcPr>
          <w:p w14:paraId="536DA3E6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 xml:space="preserve">□口語     </w:t>
            </w:r>
          </w:p>
          <w:p w14:paraId="13B25A5B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 xml:space="preserve">□書面/打字     </w:t>
            </w:r>
          </w:p>
          <w:p w14:paraId="246D32E7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 xml:space="preserve">□手語   </w:t>
            </w:r>
          </w:p>
          <w:p w14:paraId="1C5D4962" w14:textId="67C88BE0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□其他：________</w:t>
            </w:r>
          </w:p>
        </w:tc>
      </w:tr>
      <w:tr w:rsidR="00C64A91" w:rsidRPr="00163F4F" w14:paraId="6DBCA16F" w14:textId="77777777" w:rsidTr="00C64A91">
        <w:tc>
          <w:tcPr>
            <w:tcW w:w="2492" w:type="dxa"/>
            <w:vAlign w:val="center"/>
          </w:tcPr>
          <w:p w14:paraId="21D20059" w14:textId="0FDDD4DB" w:rsidR="00C64A91" w:rsidRPr="00163F4F" w:rsidRDefault="00C64A91" w:rsidP="00C64A91">
            <w:pPr>
              <w:spacing w:beforeLines="50" w:before="120" w:afterLines="50" w:after="120"/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通訊地址：</w:t>
            </w:r>
          </w:p>
        </w:tc>
        <w:tc>
          <w:tcPr>
            <w:tcW w:w="7148" w:type="dxa"/>
            <w:gridSpan w:val="3"/>
          </w:tcPr>
          <w:p w14:paraId="171DCFE1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</w:tc>
      </w:tr>
    </w:tbl>
    <w:p w14:paraId="69B9EE6F" w14:textId="423F9389" w:rsidR="00D872C3" w:rsidRPr="00163F4F" w:rsidRDefault="00D872C3">
      <w:pPr>
        <w:rPr>
          <w:rFonts w:ascii="標楷體" w:eastAsia="標楷體" w:hAnsi="標楷體"/>
          <w:lang w:eastAsia="zh-TW"/>
        </w:rPr>
      </w:pPr>
    </w:p>
    <w:p w14:paraId="1CFD081F" w14:textId="64D97E2F" w:rsidR="00D872C3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b/>
          <w:lang w:eastAsia="zh-TW"/>
        </w:rPr>
        <w:t>二、障礙處境與需求說明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518"/>
        <w:gridCol w:w="6178"/>
      </w:tblGrid>
      <w:tr w:rsidR="00C64A91" w:rsidRPr="00163F4F" w14:paraId="197F4613" w14:textId="77777777" w:rsidTr="00C64A91">
        <w:tc>
          <w:tcPr>
            <w:tcW w:w="2518" w:type="dxa"/>
            <w:vAlign w:val="center"/>
          </w:tcPr>
          <w:p w14:paraId="15B6F8CD" w14:textId="17BD1DE5" w:rsidR="00C64A91" w:rsidRPr="00163F4F" w:rsidRDefault="00C64A91" w:rsidP="00C64A91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學生障礙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>/困難</w:t>
            </w:r>
            <w:r w:rsidRPr="00163F4F">
              <w:rPr>
                <w:rFonts w:ascii="標楷體" w:eastAsia="標楷體" w:hAnsi="標楷體"/>
                <w:lang w:eastAsia="zh-TW"/>
              </w:rPr>
              <w:t>類型</w:t>
            </w:r>
          </w:p>
        </w:tc>
        <w:tc>
          <w:tcPr>
            <w:tcW w:w="6178" w:type="dxa"/>
          </w:tcPr>
          <w:p w14:paraId="2A2C91A4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  <w:p w14:paraId="7BCC5E7D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  <w:p w14:paraId="27739DF3" w14:textId="6F17B6CA" w:rsidR="00163F4F" w:rsidRPr="00163F4F" w:rsidRDefault="00163F4F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C64A91" w:rsidRPr="00163F4F" w14:paraId="0B9DBA21" w14:textId="77777777" w:rsidTr="00C64A91">
        <w:tc>
          <w:tcPr>
            <w:tcW w:w="2518" w:type="dxa"/>
            <w:vAlign w:val="center"/>
          </w:tcPr>
          <w:p w14:paraId="481EF798" w14:textId="77777777" w:rsidR="00C64A91" w:rsidRPr="00163F4F" w:rsidRDefault="00C64A91" w:rsidP="00C64A91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障礙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>/困難</w:t>
            </w:r>
            <w:r w:rsidRPr="00163F4F">
              <w:rPr>
                <w:rFonts w:ascii="標楷體" w:eastAsia="標楷體" w:hAnsi="標楷體"/>
                <w:lang w:eastAsia="zh-TW"/>
              </w:rPr>
              <w:t>如何影響</w:t>
            </w:r>
          </w:p>
          <w:p w14:paraId="42B015BA" w14:textId="11A37DD4" w:rsidR="00C64A91" w:rsidRPr="00163F4F" w:rsidRDefault="00C64A91" w:rsidP="00C64A91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行使權利或參與活動</w:t>
            </w:r>
          </w:p>
        </w:tc>
        <w:tc>
          <w:tcPr>
            <w:tcW w:w="6178" w:type="dxa"/>
          </w:tcPr>
          <w:p w14:paraId="36D4C4BA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  <w:p w14:paraId="628FC1C5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  <w:p w14:paraId="4B8E1E8F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  <w:p w14:paraId="2E320C90" w14:textId="77777777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  <w:p w14:paraId="783E5DB4" w14:textId="26372FD0" w:rsidR="00C64A91" w:rsidRPr="00163F4F" w:rsidRDefault="00C64A9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C64A91" w:rsidRPr="00163F4F" w14:paraId="3B6E3570" w14:textId="77777777" w:rsidTr="00C64A91">
        <w:tc>
          <w:tcPr>
            <w:tcW w:w="2518" w:type="dxa"/>
            <w:vAlign w:val="center"/>
          </w:tcPr>
          <w:p w14:paraId="3CFA41A8" w14:textId="5C67B54F" w:rsidR="00C64A91" w:rsidRPr="00163F4F" w:rsidRDefault="00C64A91" w:rsidP="00C64A91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障礙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>/困難</w:t>
            </w:r>
            <w:r w:rsidRPr="00163F4F">
              <w:rPr>
                <w:rFonts w:ascii="標楷體" w:eastAsia="標楷體" w:hAnsi="標楷體"/>
                <w:lang w:eastAsia="zh-TW"/>
              </w:rPr>
              <w:t>狀態</w:t>
            </w:r>
          </w:p>
        </w:tc>
        <w:tc>
          <w:tcPr>
            <w:tcW w:w="6178" w:type="dxa"/>
          </w:tcPr>
          <w:p w14:paraId="0736166C" w14:textId="77777777" w:rsidR="00C64A91" w:rsidRPr="00163F4F" w:rsidRDefault="00C64A91" w:rsidP="00C64A91">
            <w:pPr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□永久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163F4F">
              <w:rPr>
                <w:rFonts w:ascii="標楷體" w:eastAsia="標楷體" w:hAnsi="標楷體"/>
                <w:lang w:eastAsia="zh-TW"/>
              </w:rPr>
              <w:t xml:space="preserve">    </w:t>
            </w:r>
          </w:p>
          <w:p w14:paraId="4106D5EC" w14:textId="5026BF7C" w:rsidR="00C64A91" w:rsidRPr="00163F4F" w:rsidRDefault="00C64A91" w:rsidP="00C64A91">
            <w:pPr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□暫時</w:t>
            </w:r>
            <w:proofErr w:type="gramStart"/>
            <w:r w:rsidRPr="00163F4F">
              <w:rPr>
                <w:rFonts w:ascii="標楷體" w:eastAsia="標楷體" w:hAnsi="標楷體"/>
                <w:lang w:eastAsia="zh-TW"/>
              </w:rPr>
              <w:t>（</w:t>
            </w:r>
            <w:proofErr w:type="gramEnd"/>
            <w:r w:rsidRPr="00163F4F">
              <w:rPr>
                <w:rFonts w:ascii="標楷體" w:eastAsia="標楷體" w:hAnsi="標楷體"/>
                <w:lang w:eastAsia="zh-TW"/>
              </w:rPr>
              <w:t>期計復原時間：____________</w:t>
            </w:r>
            <w:proofErr w:type="gramStart"/>
            <w:r w:rsidRPr="00163F4F">
              <w:rPr>
                <w:rFonts w:ascii="標楷體" w:eastAsia="標楷體" w:hAnsi="標楷體"/>
                <w:lang w:eastAsia="zh-TW"/>
              </w:rPr>
              <w:t>）</w:t>
            </w:r>
            <w:proofErr w:type="gramEnd"/>
            <w:r w:rsidRPr="00163F4F">
              <w:rPr>
                <w:rFonts w:ascii="標楷體" w:eastAsia="標楷體" w:hAnsi="標楷體"/>
                <w:lang w:eastAsia="zh-TW"/>
              </w:rPr>
              <w:t xml:space="preserve">     </w:t>
            </w:r>
          </w:p>
          <w:p w14:paraId="67B59050" w14:textId="3E498A6A" w:rsidR="00C64A91" w:rsidRPr="00163F4F" w:rsidRDefault="00C64A91" w:rsidP="00C64A91">
            <w:pPr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□未知</w:t>
            </w:r>
          </w:p>
        </w:tc>
      </w:tr>
    </w:tbl>
    <w:p w14:paraId="7494DAAE" w14:textId="77777777" w:rsidR="00D872C3" w:rsidRPr="00163F4F" w:rsidRDefault="00D872C3">
      <w:pPr>
        <w:rPr>
          <w:rFonts w:ascii="標楷體" w:eastAsia="標楷體" w:hAnsi="標楷體"/>
          <w:lang w:eastAsia="zh-TW"/>
        </w:rPr>
      </w:pPr>
    </w:p>
    <w:p w14:paraId="0D963DBD" w14:textId="77777777" w:rsidR="00D872C3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b/>
          <w:lang w:eastAsia="zh-TW"/>
        </w:rPr>
        <w:t>三、合理調整申請內容</w:t>
      </w:r>
    </w:p>
    <w:p w14:paraId="57CB228C" w14:textId="77777777" w:rsidR="008604AE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1. 請求之合理調整措施：</w:t>
      </w:r>
    </w:p>
    <w:p w14:paraId="26F9391E" w14:textId="77777777" w:rsidR="008604AE" w:rsidRPr="00163F4F" w:rsidRDefault="008604AE">
      <w:pPr>
        <w:rPr>
          <w:rFonts w:ascii="標楷體" w:eastAsia="標楷體" w:hAnsi="標楷體"/>
          <w:lang w:eastAsia="zh-TW"/>
        </w:rPr>
      </w:pPr>
    </w:p>
    <w:p w14:paraId="4210E8B9" w14:textId="77777777" w:rsidR="008604AE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2. 調整</w:t>
      </w:r>
      <w:r w:rsidR="00022D31" w:rsidRPr="00163F4F">
        <w:rPr>
          <w:rFonts w:ascii="標楷體" w:eastAsia="標楷體" w:hAnsi="標楷體"/>
          <w:lang w:eastAsia="zh-TW"/>
        </w:rPr>
        <w:t>可</w:t>
      </w:r>
      <w:r w:rsidRPr="00163F4F">
        <w:rPr>
          <w:rFonts w:ascii="標楷體" w:eastAsia="標楷體" w:hAnsi="標楷體"/>
          <w:lang w:eastAsia="zh-TW"/>
        </w:rPr>
        <w:t>如何協助</w:t>
      </w:r>
      <w:r w:rsidR="00022D31" w:rsidRPr="00163F4F">
        <w:rPr>
          <w:rFonts w:ascii="標楷體" w:eastAsia="標楷體" w:hAnsi="標楷體"/>
          <w:lang w:eastAsia="zh-TW"/>
        </w:rPr>
        <w:t>學生</w:t>
      </w:r>
      <w:r w:rsidRPr="00163F4F">
        <w:rPr>
          <w:rFonts w:ascii="標楷體" w:eastAsia="標楷體" w:hAnsi="標楷體"/>
          <w:lang w:eastAsia="zh-TW"/>
        </w:rPr>
        <w:t>降低障礙處境：</w:t>
      </w:r>
    </w:p>
    <w:p w14:paraId="1DBCDD39" w14:textId="77777777" w:rsidR="008604AE" w:rsidRPr="00163F4F" w:rsidRDefault="008604AE">
      <w:pPr>
        <w:rPr>
          <w:rFonts w:ascii="標楷體" w:eastAsia="標楷體" w:hAnsi="標楷體"/>
          <w:lang w:eastAsia="zh-TW"/>
        </w:rPr>
      </w:pPr>
    </w:p>
    <w:p w14:paraId="717F8947" w14:textId="77777777" w:rsidR="008604AE" w:rsidRPr="00163F4F" w:rsidRDefault="008604AE">
      <w:pPr>
        <w:rPr>
          <w:rFonts w:ascii="標楷體" w:eastAsia="標楷體" w:hAnsi="標楷體"/>
          <w:lang w:eastAsia="zh-TW"/>
        </w:rPr>
      </w:pPr>
    </w:p>
    <w:p w14:paraId="44C26420" w14:textId="77777777" w:rsidR="00D872C3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b/>
          <w:lang w:eastAsia="zh-TW"/>
        </w:rPr>
        <w:t>四、其他補充資料（選填）</w:t>
      </w:r>
    </w:p>
    <w:p w14:paraId="7087F8DD" w14:textId="77777777" w:rsidR="008604AE" w:rsidRPr="00163F4F" w:rsidRDefault="0025577D" w:rsidP="0025577D">
      <w:pPr>
        <w:ind w:firstLineChars="100" w:firstLine="220"/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 xml:space="preserve">□醫療或專業證明 </w:t>
      </w:r>
      <w:r w:rsidR="008604AE" w:rsidRPr="00163F4F">
        <w:rPr>
          <w:rFonts w:ascii="標楷體" w:eastAsia="標楷體" w:hAnsi="標楷體"/>
          <w:lang w:eastAsia="zh-TW"/>
        </w:rPr>
        <w:t xml:space="preserve">  </w:t>
      </w:r>
    </w:p>
    <w:p w14:paraId="2B631CF0" w14:textId="77777777" w:rsidR="008604AE" w:rsidRPr="00163F4F" w:rsidRDefault="0025577D" w:rsidP="0025577D">
      <w:pPr>
        <w:ind w:firstLineChars="100" w:firstLine="220"/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□過往調整方式</w:t>
      </w:r>
    </w:p>
    <w:p w14:paraId="1459F756" w14:textId="2B8F5C34" w:rsidR="00D872C3" w:rsidRPr="00163F4F" w:rsidRDefault="0025577D" w:rsidP="0025577D">
      <w:pPr>
        <w:ind w:firstLineChars="100" w:firstLine="220"/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 xml:space="preserve"> □其他：____</w:t>
      </w:r>
    </w:p>
    <w:p w14:paraId="35D0F861" w14:textId="77777777" w:rsidR="00C64A91" w:rsidRPr="00163F4F" w:rsidRDefault="00C64A91" w:rsidP="0025577D">
      <w:pPr>
        <w:ind w:firstLineChars="100" w:firstLine="220"/>
        <w:rPr>
          <w:rFonts w:ascii="標楷體" w:eastAsia="標楷體" w:hAnsi="標楷體"/>
          <w:lang w:eastAsia="zh-TW"/>
        </w:rPr>
      </w:pPr>
    </w:p>
    <w:p w14:paraId="5A72510B" w14:textId="77777777" w:rsidR="00D872C3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b/>
          <w:lang w:eastAsia="zh-TW"/>
        </w:rPr>
        <w:t>五、申請人聲明</w:t>
      </w:r>
    </w:p>
    <w:p w14:paraId="6E9BF2AD" w14:textId="77777777" w:rsidR="008604AE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本人已確實填寫上述資料，本機關將依個資法保護個人資料。</w:t>
      </w:r>
    </w:p>
    <w:p w14:paraId="6FB9D553" w14:textId="77777777" w:rsidR="00D872C3" w:rsidRPr="00163F4F" w:rsidRDefault="0025577D" w:rsidP="00A739D7">
      <w:pPr>
        <w:jc w:val="right"/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申請人簽名：______</w:t>
      </w:r>
      <w:r w:rsidR="008604AE" w:rsidRPr="00163F4F">
        <w:rPr>
          <w:rFonts w:ascii="標楷體" w:eastAsia="標楷體" w:hAnsi="標楷體"/>
          <w:lang w:eastAsia="zh-TW"/>
        </w:rPr>
        <w:t>____________</w:t>
      </w:r>
      <w:r w:rsidRPr="00163F4F">
        <w:rPr>
          <w:rFonts w:ascii="標楷體" w:eastAsia="標楷體" w:hAnsi="標楷體"/>
          <w:lang w:eastAsia="zh-TW"/>
        </w:rPr>
        <w:t xml:space="preserve">    </w:t>
      </w:r>
      <w:r w:rsidR="008604AE" w:rsidRPr="00163F4F">
        <w:rPr>
          <w:rFonts w:ascii="標楷體" w:eastAsia="標楷體" w:hAnsi="標楷體"/>
          <w:lang w:eastAsia="zh-TW"/>
        </w:rPr>
        <w:t xml:space="preserve">       申請</w:t>
      </w:r>
      <w:r w:rsidRPr="00163F4F">
        <w:rPr>
          <w:rFonts w:ascii="標楷體" w:eastAsia="標楷體" w:hAnsi="標楷體"/>
          <w:lang w:eastAsia="zh-TW"/>
        </w:rPr>
        <w:t>日期：____年__</w:t>
      </w:r>
      <w:r w:rsidR="00A739D7" w:rsidRPr="00163F4F">
        <w:rPr>
          <w:rFonts w:ascii="標楷體" w:eastAsia="標楷體" w:hAnsi="標楷體"/>
          <w:lang w:eastAsia="zh-TW"/>
        </w:rPr>
        <w:t>__</w:t>
      </w:r>
      <w:r w:rsidRPr="00163F4F">
        <w:rPr>
          <w:rFonts w:ascii="標楷體" w:eastAsia="標楷體" w:hAnsi="標楷體"/>
          <w:lang w:eastAsia="zh-TW"/>
        </w:rPr>
        <w:t>月</w:t>
      </w:r>
      <w:r w:rsidR="00A739D7" w:rsidRPr="00163F4F">
        <w:rPr>
          <w:rFonts w:ascii="標楷體" w:eastAsia="標楷體" w:hAnsi="標楷體"/>
          <w:lang w:eastAsia="zh-TW"/>
        </w:rPr>
        <w:t>__</w:t>
      </w:r>
      <w:r w:rsidRPr="00163F4F">
        <w:rPr>
          <w:rFonts w:ascii="標楷體" w:eastAsia="標楷體" w:hAnsi="標楷體"/>
          <w:lang w:eastAsia="zh-TW"/>
        </w:rPr>
        <w:t>__日</w:t>
      </w:r>
    </w:p>
    <w:p w14:paraId="4739C25E" w14:textId="77777777" w:rsidR="00A739D7" w:rsidRPr="00163F4F" w:rsidRDefault="00A739D7" w:rsidP="00A739D7">
      <w:pPr>
        <w:jc w:val="right"/>
        <w:rPr>
          <w:rFonts w:ascii="標楷體" w:eastAsia="標楷體" w:hAnsi="標楷體"/>
          <w:lang w:eastAsia="zh-TW"/>
        </w:rPr>
      </w:pPr>
    </w:p>
    <w:p w14:paraId="0DE27BAD" w14:textId="2CD571A3" w:rsidR="008604AE" w:rsidRPr="00163F4F" w:rsidRDefault="008604AE">
      <w:pPr>
        <w:rPr>
          <w:rFonts w:ascii="標楷體" w:eastAsia="標楷體" w:hAnsi="標楷體"/>
          <w:lang w:eastAsia="zh-TW"/>
        </w:rPr>
      </w:pPr>
    </w:p>
    <w:p w14:paraId="1375503C" w14:textId="1693D55B" w:rsidR="00C64A91" w:rsidRPr="00163F4F" w:rsidRDefault="00C64A91">
      <w:pPr>
        <w:rPr>
          <w:rFonts w:ascii="標楷體" w:eastAsia="標楷體" w:hAnsi="標楷體"/>
          <w:lang w:eastAsia="zh-TW"/>
        </w:rPr>
      </w:pPr>
    </w:p>
    <w:p w14:paraId="406CC971" w14:textId="6DAB9520" w:rsidR="00C64A91" w:rsidRPr="00163F4F" w:rsidRDefault="00C64A91" w:rsidP="00C64A91">
      <w:pPr>
        <w:jc w:val="center"/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 w:hint="eastAsia"/>
          <w:lang w:eastAsia="zh-TW"/>
        </w:rPr>
        <w:t>-</w:t>
      </w:r>
      <w:r w:rsidRPr="00163F4F">
        <w:rPr>
          <w:rFonts w:ascii="標楷體" w:eastAsia="標楷體" w:hAnsi="標楷體"/>
          <w:lang w:eastAsia="zh-TW"/>
        </w:rPr>
        <w:t>------------------------------------------------------------------------------------------------</w:t>
      </w:r>
    </w:p>
    <w:p w14:paraId="3EA4A84F" w14:textId="77777777" w:rsidR="00C64A91" w:rsidRPr="00163F4F" w:rsidRDefault="00C64A91">
      <w:pPr>
        <w:rPr>
          <w:rFonts w:ascii="標楷體" w:eastAsia="標楷體" w:hAnsi="標楷體"/>
          <w:lang w:eastAsia="zh-TW"/>
        </w:rPr>
      </w:pPr>
    </w:p>
    <w:p w14:paraId="44AF4210" w14:textId="77777777" w:rsidR="00D872C3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b/>
          <w:lang w:eastAsia="zh-TW"/>
        </w:rPr>
        <w:t>受理單位填寫欄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093"/>
        <w:gridCol w:w="2835"/>
        <w:gridCol w:w="1594"/>
        <w:gridCol w:w="2174"/>
      </w:tblGrid>
      <w:tr w:rsidR="00C64A91" w:rsidRPr="00163F4F" w14:paraId="42727343" w14:textId="77777777" w:rsidTr="00163F4F">
        <w:tc>
          <w:tcPr>
            <w:tcW w:w="2093" w:type="dxa"/>
          </w:tcPr>
          <w:p w14:paraId="2814E1A0" w14:textId="0C6C392E" w:rsidR="00C64A91" w:rsidRPr="00163F4F" w:rsidRDefault="00C64A91" w:rsidP="00C64A91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受理單位</w:t>
            </w:r>
          </w:p>
        </w:tc>
        <w:tc>
          <w:tcPr>
            <w:tcW w:w="2835" w:type="dxa"/>
          </w:tcPr>
          <w:p w14:paraId="4420717F" w14:textId="77777777" w:rsidR="00C64A91" w:rsidRPr="00163F4F" w:rsidRDefault="00C64A91" w:rsidP="00C64A91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594" w:type="dxa"/>
          </w:tcPr>
          <w:p w14:paraId="2BAEDBB9" w14:textId="5C68E003" w:rsidR="00C64A91" w:rsidRPr="00163F4F" w:rsidRDefault="00C64A91" w:rsidP="00C64A91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承辦人</w:t>
            </w:r>
          </w:p>
        </w:tc>
        <w:tc>
          <w:tcPr>
            <w:tcW w:w="2174" w:type="dxa"/>
          </w:tcPr>
          <w:p w14:paraId="6E2FFFBA" w14:textId="77777777" w:rsidR="00C64A91" w:rsidRPr="00163F4F" w:rsidRDefault="00C64A91" w:rsidP="00163F4F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</w:p>
        </w:tc>
      </w:tr>
      <w:tr w:rsidR="00C64A91" w:rsidRPr="00163F4F" w14:paraId="174C54AE" w14:textId="77777777" w:rsidTr="00C64A91">
        <w:tc>
          <w:tcPr>
            <w:tcW w:w="2093" w:type="dxa"/>
          </w:tcPr>
          <w:p w14:paraId="3BBCB25F" w14:textId="681DB9C5" w:rsidR="00C64A91" w:rsidRPr="00163F4F" w:rsidRDefault="00C64A91" w:rsidP="00C64A91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收件日期</w:t>
            </w:r>
          </w:p>
        </w:tc>
        <w:tc>
          <w:tcPr>
            <w:tcW w:w="6603" w:type="dxa"/>
            <w:gridSpan w:val="3"/>
          </w:tcPr>
          <w:p w14:paraId="622096F6" w14:textId="23D62E8D" w:rsidR="00C64A91" w:rsidRPr="00163F4F" w:rsidRDefault="00C64A91" w:rsidP="00C64A91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____年____月____日</w:t>
            </w:r>
          </w:p>
        </w:tc>
      </w:tr>
      <w:tr w:rsidR="00C64A91" w:rsidRPr="00163F4F" w14:paraId="4CC7E7C7" w14:textId="77777777" w:rsidTr="00C64A91">
        <w:tc>
          <w:tcPr>
            <w:tcW w:w="2093" w:type="dxa"/>
          </w:tcPr>
          <w:p w14:paraId="66594D9B" w14:textId="7D676BE6" w:rsidR="00C64A91" w:rsidRPr="00163F4F" w:rsidRDefault="00C64A91" w:rsidP="00C64A91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申請提出方式</w:t>
            </w:r>
          </w:p>
        </w:tc>
        <w:tc>
          <w:tcPr>
            <w:tcW w:w="6603" w:type="dxa"/>
            <w:gridSpan w:val="3"/>
          </w:tcPr>
          <w:p w14:paraId="67F568F2" w14:textId="75CDA0C8" w:rsidR="00C64A91" w:rsidRPr="00163F4F" w:rsidRDefault="00C64A91" w:rsidP="00C64A91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□書面   □電子郵件   □口頭（已協助填寫）</w:t>
            </w:r>
          </w:p>
        </w:tc>
      </w:tr>
      <w:tr w:rsidR="00C64A91" w:rsidRPr="00163F4F" w14:paraId="0C1C7328" w14:textId="77777777" w:rsidTr="00C64A91">
        <w:tc>
          <w:tcPr>
            <w:tcW w:w="2093" w:type="dxa"/>
          </w:tcPr>
          <w:p w14:paraId="2C138B4B" w14:textId="658DD9AD" w:rsidR="00C64A91" w:rsidRPr="00163F4F" w:rsidRDefault="00C64A91" w:rsidP="00C64A91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後續處理</w:t>
            </w:r>
          </w:p>
        </w:tc>
        <w:tc>
          <w:tcPr>
            <w:tcW w:w="6603" w:type="dxa"/>
            <w:gridSpan w:val="3"/>
          </w:tcPr>
          <w:p w14:paraId="208E3F3B" w14:textId="29411F0C" w:rsidR="00C64A91" w:rsidRPr="00163F4F" w:rsidRDefault="00C64A91" w:rsidP="00C64A91">
            <w:pPr>
              <w:spacing w:beforeLines="100" w:before="240" w:afterLines="100" w:after="24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□協商會議   □補件：____________</w:t>
            </w:r>
          </w:p>
        </w:tc>
      </w:tr>
    </w:tbl>
    <w:p w14:paraId="209F1668" w14:textId="77777777" w:rsidR="008604AE" w:rsidRPr="00163F4F" w:rsidRDefault="008604AE">
      <w:pPr>
        <w:rPr>
          <w:rFonts w:ascii="標楷體" w:eastAsia="標楷體" w:hAnsi="標楷體"/>
          <w:b/>
          <w:lang w:eastAsia="zh-TW"/>
        </w:rPr>
      </w:pPr>
      <w:r w:rsidRPr="00163F4F">
        <w:rPr>
          <w:rFonts w:ascii="標楷體" w:eastAsia="標楷體" w:hAnsi="標楷體"/>
          <w:b/>
          <w:lang w:eastAsia="zh-TW"/>
        </w:rPr>
        <w:br w:type="page"/>
      </w:r>
    </w:p>
    <w:p w14:paraId="122B5C05" w14:textId="3D3B18CF" w:rsidR="00D872C3" w:rsidRPr="00163F4F" w:rsidRDefault="003A12F7" w:rsidP="00E154D1">
      <w:pPr>
        <w:jc w:val="center"/>
        <w:rPr>
          <w:rFonts w:ascii="標楷體" w:eastAsia="標楷體" w:hAnsi="標楷體"/>
          <w:lang w:eastAsia="zh-TW"/>
        </w:rPr>
      </w:pPr>
      <w:r w:rsidRPr="003A12F7">
        <w:rPr>
          <w:rFonts w:ascii="標楷體" w:eastAsia="標楷體" w:hAnsi="標楷體" w:hint="eastAsia"/>
          <w:b/>
          <w:sz w:val="24"/>
          <w:lang w:eastAsia="zh-TW"/>
        </w:rPr>
        <w:lastRenderedPageBreak/>
        <w:t>基隆市OO高國中/小/幼兒園學生合理調整</w:t>
      </w:r>
      <w:r w:rsidR="008604AE" w:rsidRPr="00163F4F">
        <w:rPr>
          <w:rFonts w:ascii="標楷體" w:eastAsia="標楷體" w:hAnsi="標楷體"/>
          <w:b/>
          <w:sz w:val="24"/>
          <w:lang w:eastAsia="zh-TW"/>
        </w:rPr>
        <w:t>申請</w:t>
      </w:r>
      <w:r w:rsidR="0025577D" w:rsidRPr="00163F4F">
        <w:rPr>
          <w:rFonts w:ascii="標楷體" w:eastAsia="標楷體" w:hAnsi="標楷體"/>
          <w:b/>
          <w:lang w:eastAsia="zh-TW"/>
        </w:rPr>
        <w:t>協商紀錄</w:t>
      </w:r>
    </w:p>
    <w:p w14:paraId="2475D3D5" w14:textId="77777777" w:rsidR="008604AE" w:rsidRPr="00163F4F" w:rsidRDefault="006357D4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一</w:t>
      </w:r>
      <w:r w:rsidRPr="00163F4F">
        <w:rPr>
          <w:rFonts w:ascii="標楷體" w:eastAsia="標楷體" w:hAnsi="標楷體" w:hint="eastAsia"/>
          <w:lang w:eastAsia="zh-TW"/>
        </w:rPr>
        <w:t>、</w:t>
      </w:r>
      <w:r w:rsidR="0025577D" w:rsidRPr="00163F4F">
        <w:rPr>
          <w:rFonts w:ascii="標楷體" w:eastAsia="標楷體" w:hAnsi="標楷體"/>
          <w:lang w:eastAsia="zh-TW"/>
        </w:rPr>
        <w:t>協商日期：</w:t>
      </w:r>
    </w:p>
    <w:p w14:paraId="574C45B4" w14:textId="77777777" w:rsidR="008604AE" w:rsidRPr="00163F4F" w:rsidRDefault="006357D4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二</w:t>
      </w:r>
      <w:r w:rsidRPr="00163F4F">
        <w:rPr>
          <w:rFonts w:ascii="標楷體" w:eastAsia="標楷體" w:hAnsi="標楷體" w:hint="eastAsia"/>
          <w:lang w:eastAsia="zh-TW"/>
        </w:rPr>
        <w:t>、</w:t>
      </w:r>
      <w:r w:rsidR="0025577D" w:rsidRPr="00163F4F">
        <w:rPr>
          <w:rFonts w:ascii="標楷體" w:eastAsia="標楷體" w:hAnsi="標楷體"/>
          <w:lang w:eastAsia="zh-TW"/>
        </w:rPr>
        <w:t>參與人員：</w:t>
      </w:r>
      <w:r w:rsidRPr="00163F4F">
        <w:rPr>
          <w:rFonts w:ascii="標楷體" w:eastAsia="標楷體" w:hAnsi="標楷體" w:hint="eastAsia"/>
          <w:lang w:eastAsia="zh-TW"/>
        </w:rPr>
        <w:t>（如簽到表）</w:t>
      </w:r>
    </w:p>
    <w:p w14:paraId="241AF47E" w14:textId="77777777" w:rsidR="008604AE" w:rsidRPr="00163F4F" w:rsidRDefault="006357D4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三</w:t>
      </w:r>
      <w:r w:rsidRPr="00163F4F">
        <w:rPr>
          <w:rFonts w:ascii="標楷體" w:eastAsia="標楷體" w:hAnsi="標楷體" w:hint="eastAsia"/>
          <w:lang w:eastAsia="zh-TW"/>
        </w:rPr>
        <w:t>、</w:t>
      </w:r>
      <w:r w:rsidR="0025577D" w:rsidRPr="00163F4F">
        <w:rPr>
          <w:rFonts w:ascii="標楷體" w:eastAsia="標楷體" w:hAnsi="標楷體"/>
          <w:lang w:eastAsia="zh-TW"/>
        </w:rPr>
        <w:t>協商摘要：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8696"/>
      </w:tblGrid>
      <w:tr w:rsidR="008604AE" w:rsidRPr="00163F4F" w14:paraId="7E68B706" w14:textId="77777777" w:rsidTr="008604AE">
        <w:tc>
          <w:tcPr>
            <w:tcW w:w="8696" w:type="dxa"/>
          </w:tcPr>
          <w:p w14:paraId="3922410B" w14:textId="77777777" w:rsidR="008604AE" w:rsidRPr="00163F4F" w:rsidRDefault="008604AE" w:rsidP="008604AE">
            <w:pPr>
              <w:spacing w:line="480" w:lineRule="auto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可行性：</w:t>
            </w:r>
          </w:p>
          <w:p w14:paraId="72261078" w14:textId="77777777" w:rsidR="008604AE" w:rsidRPr="00163F4F" w:rsidRDefault="008604AE" w:rsidP="008604AE">
            <w:pPr>
              <w:spacing w:line="480" w:lineRule="auto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相關性：</w:t>
            </w:r>
          </w:p>
          <w:p w14:paraId="3952C4C1" w14:textId="77777777" w:rsidR="008604AE" w:rsidRPr="00163F4F" w:rsidRDefault="008604AE" w:rsidP="008604AE">
            <w:pPr>
              <w:spacing w:line="480" w:lineRule="auto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比例性：</w:t>
            </w:r>
          </w:p>
          <w:p w14:paraId="3752EF03" w14:textId="77777777" w:rsidR="00E154D1" w:rsidRPr="00163F4F" w:rsidRDefault="00E154D1" w:rsidP="008604AE">
            <w:pPr>
              <w:spacing w:line="480" w:lineRule="auto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結果：</w:t>
            </w:r>
          </w:p>
          <w:p w14:paraId="03A82A33" w14:textId="77777777" w:rsidR="00E154D1" w:rsidRPr="00163F4F" w:rsidRDefault="00E154D1" w:rsidP="00E154D1">
            <w:pPr>
              <w:spacing w:line="480" w:lineRule="auto"/>
              <w:ind w:firstLineChars="100" w:firstLine="22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 xml:space="preserve">□同意 </w:t>
            </w:r>
          </w:p>
          <w:p w14:paraId="65678D6A" w14:textId="77777777" w:rsidR="00E154D1" w:rsidRPr="00163F4F" w:rsidRDefault="00E154D1" w:rsidP="00E154D1">
            <w:pPr>
              <w:spacing w:line="480" w:lineRule="auto"/>
              <w:ind w:firstLineChars="100" w:firstLine="22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□提供替代性合理調整做法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>（</w:t>
            </w:r>
            <w:r w:rsidRPr="00163F4F">
              <w:rPr>
                <w:rFonts w:ascii="標楷體" w:eastAsia="標楷體" w:hAnsi="標楷體" w:cs="微軟正黑體" w:hint="eastAsia"/>
                <w:lang w:eastAsia="zh-TW"/>
              </w:rPr>
              <w:t>內</w:t>
            </w:r>
            <w:r w:rsidRPr="00163F4F">
              <w:rPr>
                <w:rFonts w:ascii="標楷體" w:eastAsia="標楷體" w:hAnsi="標楷體"/>
                <w:lang w:eastAsia="zh-TW"/>
              </w:rPr>
              <w:t>容</w:t>
            </w:r>
            <w:r w:rsidRPr="00163F4F">
              <w:rPr>
                <w:rFonts w:ascii="標楷體" w:eastAsia="標楷體" w:hAnsi="標楷體" w:cs="微軟正黑體"/>
                <w:lang w:eastAsia="zh-TW"/>
              </w:rPr>
              <w:t>說明</w:t>
            </w:r>
            <w:r w:rsidRPr="00163F4F">
              <w:rPr>
                <w:rFonts w:ascii="標楷體" w:eastAsia="標楷體" w:hAnsi="標楷體" w:cs="微軟正黑體" w:hint="eastAsia"/>
                <w:lang w:eastAsia="zh-TW"/>
              </w:rPr>
              <w:t>）：</w:t>
            </w:r>
          </w:p>
          <w:p w14:paraId="50A8FFC3" w14:textId="77777777" w:rsidR="00E154D1" w:rsidRPr="00163F4F" w:rsidRDefault="00E154D1" w:rsidP="00E154D1">
            <w:pPr>
              <w:spacing w:line="480" w:lineRule="auto"/>
              <w:ind w:firstLineChars="100" w:firstLine="220"/>
              <w:rPr>
                <w:rFonts w:ascii="標楷體" w:eastAsia="標楷體" w:hAnsi="標楷體"/>
                <w:lang w:eastAsia="zh-TW"/>
              </w:rPr>
            </w:pPr>
            <w:r w:rsidRPr="00163F4F">
              <w:rPr>
                <w:rFonts w:ascii="標楷體" w:eastAsia="標楷體" w:hAnsi="標楷體"/>
                <w:lang w:eastAsia="zh-TW"/>
              </w:rPr>
              <w:t>□不同意（理由如下）</w:t>
            </w:r>
            <w:r w:rsidRPr="00163F4F">
              <w:rPr>
                <w:rFonts w:ascii="標楷體" w:eastAsia="標楷體" w:hAnsi="標楷體" w:hint="eastAsia"/>
                <w:lang w:eastAsia="zh-TW"/>
              </w:rPr>
              <w:t>：</w:t>
            </w:r>
          </w:p>
        </w:tc>
      </w:tr>
    </w:tbl>
    <w:p w14:paraId="1242638F" w14:textId="77777777" w:rsidR="00E154D1" w:rsidRPr="00163F4F" w:rsidRDefault="00E154D1">
      <w:pPr>
        <w:rPr>
          <w:rFonts w:ascii="標楷體" w:eastAsia="標楷體" w:hAnsi="標楷體"/>
          <w:lang w:eastAsia="zh-TW"/>
        </w:rPr>
      </w:pPr>
    </w:p>
    <w:p w14:paraId="17F21A87" w14:textId="77777777" w:rsidR="00E154D1" w:rsidRPr="00163F4F" w:rsidRDefault="00E154D1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br w:type="page"/>
      </w:r>
    </w:p>
    <w:p w14:paraId="48F8C865" w14:textId="29BC7E59" w:rsidR="008604AE" w:rsidRPr="00DC7127" w:rsidRDefault="00605E0B" w:rsidP="00DC7127">
      <w:pPr>
        <w:jc w:val="center"/>
        <w:rPr>
          <w:rFonts w:ascii="標楷體" w:eastAsia="標楷體" w:hAnsi="標楷體"/>
          <w:b/>
          <w:sz w:val="24"/>
          <w:lang w:eastAsia="zh-TW"/>
        </w:rPr>
      </w:pPr>
      <w:r w:rsidRPr="00605E0B">
        <w:rPr>
          <w:rFonts w:ascii="標楷體" w:eastAsia="標楷體" w:hAnsi="標楷體" w:hint="eastAsia"/>
          <w:b/>
          <w:sz w:val="24"/>
          <w:lang w:eastAsia="zh-TW"/>
        </w:rPr>
        <w:lastRenderedPageBreak/>
        <w:t>基隆市OO高國中/小/幼兒園學生合理調整</w:t>
      </w:r>
      <w:bookmarkStart w:id="0" w:name="_GoBack"/>
      <w:bookmarkEnd w:id="0"/>
      <w:r w:rsidR="00E154D1" w:rsidRPr="00163F4F">
        <w:rPr>
          <w:rFonts w:ascii="標楷體" w:eastAsia="標楷體" w:hAnsi="標楷體"/>
          <w:b/>
          <w:sz w:val="24"/>
          <w:lang w:eastAsia="zh-TW"/>
        </w:rPr>
        <w:t>申請</w:t>
      </w:r>
      <w:r w:rsidR="00333BB1" w:rsidRPr="00163F4F">
        <w:rPr>
          <w:rFonts w:ascii="標楷體" w:eastAsia="標楷體" w:hAnsi="標楷體"/>
          <w:b/>
          <w:sz w:val="24"/>
          <w:lang w:eastAsia="zh-TW"/>
        </w:rPr>
        <w:t>結</w:t>
      </w:r>
      <w:r w:rsidR="00333BB1" w:rsidRPr="00163F4F">
        <w:rPr>
          <w:rFonts w:ascii="標楷體" w:eastAsia="標楷體" w:hAnsi="標楷體" w:hint="eastAsia"/>
          <w:b/>
          <w:sz w:val="24"/>
          <w:lang w:eastAsia="zh-TW"/>
        </w:rPr>
        <w:t>果</w:t>
      </w:r>
      <w:r w:rsidR="00E154D1" w:rsidRPr="00163F4F">
        <w:rPr>
          <w:rFonts w:ascii="標楷體" w:eastAsia="標楷體" w:hAnsi="標楷體"/>
          <w:b/>
          <w:sz w:val="24"/>
          <w:lang w:eastAsia="zh-TW"/>
        </w:rPr>
        <w:t>通知書</w:t>
      </w:r>
    </w:p>
    <w:p w14:paraId="0B2CA369" w14:textId="15D1E6EA" w:rsidR="00D872C3" w:rsidRDefault="00D872C3">
      <w:pPr>
        <w:rPr>
          <w:rFonts w:ascii="標楷體" w:eastAsia="標楷體" w:hAnsi="標楷體"/>
          <w:lang w:eastAsia="zh-TW"/>
        </w:rPr>
      </w:pPr>
    </w:p>
    <w:p w14:paraId="35E42DC3" w14:textId="0DBC61B8" w:rsidR="00DB13D4" w:rsidRPr="004E5F68" w:rsidRDefault="004E5F68">
      <w:pPr>
        <w:rPr>
          <w:rFonts w:ascii="標楷體" w:eastAsia="標楷體" w:hAnsi="標楷體" w:hint="eastAsia"/>
          <w:lang w:eastAsia="zh-TW"/>
        </w:rPr>
      </w:pPr>
      <w:r>
        <w:rPr>
          <w:rFonts w:ascii="標楷體" w:eastAsia="標楷體" w:hAnsi="標楷體" w:hint="eastAsia"/>
          <w:lang w:eastAsia="zh-TW"/>
        </w:rPr>
        <w:t>申請事由</w:t>
      </w:r>
      <w:r w:rsidR="00DB13D4">
        <w:rPr>
          <w:rFonts w:ascii="標楷體" w:eastAsia="標楷體" w:hAnsi="標楷體" w:hint="eastAsia"/>
          <w:lang w:eastAsia="zh-TW"/>
        </w:rPr>
        <w:t>:</w:t>
      </w:r>
    </w:p>
    <w:p w14:paraId="4A85A905" w14:textId="77777777" w:rsidR="008604AE" w:rsidRPr="00163F4F" w:rsidRDefault="00A739D7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通知</w:t>
      </w:r>
      <w:r w:rsidR="0025577D" w:rsidRPr="00163F4F">
        <w:rPr>
          <w:rFonts w:ascii="標楷體" w:eastAsia="標楷體" w:hAnsi="標楷體"/>
          <w:lang w:eastAsia="zh-TW"/>
        </w:rPr>
        <w:t>日期：</w:t>
      </w:r>
      <w:r w:rsidRPr="00163F4F">
        <w:rPr>
          <w:rFonts w:ascii="標楷體" w:eastAsia="標楷體" w:hAnsi="標楷體"/>
          <w:lang w:eastAsia="zh-TW"/>
        </w:rPr>
        <w:t>____年____月____日</w:t>
      </w:r>
    </w:p>
    <w:p w14:paraId="7045B7BD" w14:textId="640C3599" w:rsidR="00E30D9C" w:rsidRDefault="00DB13D4">
      <w:pPr>
        <w:rPr>
          <w:rFonts w:ascii="標楷體" w:eastAsia="標楷體" w:hAnsi="標楷體" w:hint="eastAsia"/>
          <w:lang w:eastAsia="zh-TW"/>
        </w:rPr>
      </w:pPr>
      <w:r>
        <w:rPr>
          <w:rFonts w:ascii="標楷體" w:eastAsia="標楷體" w:hAnsi="標楷體" w:hint="eastAsia"/>
          <w:lang w:eastAsia="zh-TW"/>
        </w:rPr>
        <w:t>學生姓名:                         班級:</w:t>
      </w:r>
    </w:p>
    <w:p w14:paraId="04B1EF4D" w14:textId="4B11430A" w:rsidR="008604AE" w:rsidRPr="00163F4F" w:rsidRDefault="0025577D">
      <w:pPr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決定結果：</w:t>
      </w:r>
    </w:p>
    <w:p w14:paraId="6539E7ED" w14:textId="77777777" w:rsidR="00DB13D4" w:rsidRDefault="0025577D" w:rsidP="008604AE">
      <w:pPr>
        <w:ind w:leftChars="200" w:left="440"/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□同意提供</w:t>
      </w:r>
      <w:r w:rsidR="00A739D7" w:rsidRPr="00163F4F">
        <w:rPr>
          <w:rFonts w:ascii="標楷體" w:eastAsia="標楷體" w:hAnsi="標楷體"/>
          <w:lang w:eastAsia="zh-TW"/>
        </w:rPr>
        <w:t>調整</w:t>
      </w:r>
      <w:r w:rsidR="00A739D7" w:rsidRPr="00163F4F">
        <w:rPr>
          <w:rFonts w:ascii="標楷體" w:eastAsia="標楷體" w:hAnsi="標楷體" w:cs="微軟正黑體" w:hint="eastAsia"/>
          <w:lang w:eastAsia="zh-TW"/>
        </w:rPr>
        <w:t>內</w:t>
      </w:r>
      <w:r w:rsidR="00A739D7" w:rsidRPr="00163F4F">
        <w:rPr>
          <w:rFonts w:ascii="標楷體" w:eastAsia="標楷體" w:hAnsi="標楷體" w:cs="MS Mincho" w:hint="eastAsia"/>
          <w:lang w:eastAsia="zh-TW"/>
        </w:rPr>
        <w:t>容：</w:t>
      </w:r>
      <w:r w:rsidR="00A739D7" w:rsidRPr="00163F4F">
        <w:rPr>
          <w:rFonts w:ascii="標楷體" w:eastAsia="標楷體" w:hAnsi="標楷體"/>
          <w:lang w:eastAsia="zh-TW"/>
        </w:rPr>
        <w:t>__________________</w:t>
      </w:r>
      <w:r w:rsidR="00A739D7" w:rsidRPr="00163F4F">
        <w:rPr>
          <w:rFonts w:ascii="標楷體" w:eastAsia="標楷體" w:hAnsi="標楷體" w:hint="eastAsia"/>
          <w:lang w:eastAsia="zh-TW"/>
        </w:rPr>
        <w:t>。</w:t>
      </w:r>
    </w:p>
    <w:p w14:paraId="3935FF37" w14:textId="087294C8" w:rsidR="00A739D7" w:rsidRDefault="00A739D7" w:rsidP="008604AE">
      <w:pPr>
        <w:ind w:leftChars="200" w:left="440"/>
        <w:rPr>
          <w:rFonts w:ascii="標楷體" w:eastAsia="標楷體" w:hAnsi="標楷體"/>
          <w:lang w:eastAsia="zh-TW"/>
        </w:rPr>
      </w:pPr>
      <w:proofErr w:type="gramStart"/>
      <w:r w:rsidRPr="00163F4F">
        <w:rPr>
          <w:rFonts w:ascii="標楷體" w:eastAsia="標楷體" w:hAnsi="標楷體" w:hint="eastAsia"/>
          <w:lang w:eastAsia="zh-TW"/>
        </w:rPr>
        <w:t>（</w:t>
      </w:r>
      <w:proofErr w:type="gramEnd"/>
      <w:r w:rsidRPr="00163F4F">
        <w:rPr>
          <w:rFonts w:ascii="標楷體" w:eastAsia="標楷體" w:hAnsi="標楷體" w:hint="eastAsia"/>
          <w:lang w:eastAsia="zh-TW"/>
        </w:rPr>
        <w:t>開始提供</w:t>
      </w:r>
      <w:r w:rsidRPr="00163F4F">
        <w:rPr>
          <w:rFonts w:ascii="標楷體" w:eastAsia="標楷體" w:hAnsi="標楷體"/>
          <w:lang w:eastAsia="zh-TW"/>
        </w:rPr>
        <w:t>日期：____年____月____日</w:t>
      </w:r>
      <w:r w:rsidR="00B803F1">
        <w:rPr>
          <w:rFonts w:ascii="標楷體" w:eastAsia="標楷體" w:hAnsi="標楷體" w:hint="eastAsia"/>
          <w:lang w:eastAsia="zh-TW"/>
        </w:rPr>
        <w:t>；結束日期</w:t>
      </w:r>
      <w:r w:rsidR="00B803F1" w:rsidRPr="00163F4F">
        <w:rPr>
          <w:rFonts w:ascii="標楷體" w:eastAsia="標楷體" w:hAnsi="標楷體"/>
          <w:lang w:eastAsia="zh-TW"/>
        </w:rPr>
        <w:t>____年____月____日</w:t>
      </w:r>
      <w:proofErr w:type="gramStart"/>
      <w:r w:rsidR="00B803F1">
        <w:rPr>
          <w:rFonts w:ascii="標楷體" w:eastAsia="標楷體" w:hAnsi="標楷體"/>
          <w:lang w:eastAsia="zh-TW"/>
        </w:rPr>
        <w:t>）</w:t>
      </w:r>
      <w:proofErr w:type="gramEnd"/>
    </w:p>
    <w:p w14:paraId="3FCA9059" w14:textId="77777777" w:rsidR="00E30D9C" w:rsidRPr="00163F4F" w:rsidRDefault="00E30D9C" w:rsidP="008604AE">
      <w:pPr>
        <w:ind w:leftChars="200" w:left="440"/>
        <w:rPr>
          <w:rFonts w:ascii="標楷體" w:eastAsia="標楷體" w:hAnsi="標楷體"/>
          <w:lang w:eastAsia="zh-TW"/>
        </w:rPr>
      </w:pPr>
    </w:p>
    <w:p w14:paraId="3B031BE8" w14:textId="77777777" w:rsidR="00B803F1" w:rsidRDefault="00A739D7" w:rsidP="00E154D1">
      <w:pPr>
        <w:ind w:leftChars="200" w:left="660" w:hangingChars="100" w:hanging="220"/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□提供替代性合理</w:t>
      </w:r>
      <w:r w:rsidR="0025577D" w:rsidRPr="00163F4F">
        <w:rPr>
          <w:rFonts w:ascii="標楷體" w:eastAsia="標楷體" w:hAnsi="標楷體"/>
          <w:lang w:eastAsia="zh-TW"/>
        </w:rPr>
        <w:t>調整</w:t>
      </w:r>
      <w:r w:rsidR="00E154D1" w:rsidRPr="00163F4F">
        <w:rPr>
          <w:rFonts w:ascii="標楷體" w:eastAsia="標楷體" w:hAnsi="標楷體" w:hint="eastAsia"/>
          <w:lang w:eastAsia="zh-TW"/>
        </w:rPr>
        <w:t>（</w:t>
      </w:r>
      <w:r w:rsidRPr="00163F4F">
        <w:rPr>
          <w:rFonts w:ascii="標楷體" w:eastAsia="標楷體" w:hAnsi="標楷體"/>
          <w:lang w:eastAsia="zh-TW"/>
        </w:rPr>
        <w:t>做法</w:t>
      </w:r>
      <w:r w:rsidR="0025577D" w:rsidRPr="00163F4F">
        <w:rPr>
          <w:rFonts w:ascii="標楷體" w:eastAsia="標楷體" w:hAnsi="標楷體"/>
          <w:lang w:eastAsia="zh-TW"/>
        </w:rPr>
        <w:t>內容</w:t>
      </w:r>
      <w:r w:rsidR="00E154D1" w:rsidRPr="00163F4F">
        <w:rPr>
          <w:rFonts w:ascii="標楷體" w:eastAsia="標楷體" w:hAnsi="標楷體" w:cs="微軟正黑體"/>
          <w:lang w:eastAsia="zh-TW"/>
        </w:rPr>
        <w:t>說明</w:t>
      </w:r>
      <w:r w:rsidR="00E154D1" w:rsidRPr="00163F4F">
        <w:rPr>
          <w:rFonts w:ascii="標楷體" w:eastAsia="標楷體" w:hAnsi="標楷體" w:cs="微軟正黑體" w:hint="eastAsia"/>
          <w:lang w:eastAsia="zh-TW"/>
        </w:rPr>
        <w:t>）</w:t>
      </w:r>
      <w:r w:rsidR="0025577D" w:rsidRPr="00163F4F">
        <w:rPr>
          <w:rFonts w:ascii="標楷體" w:eastAsia="標楷體" w:hAnsi="標楷體"/>
          <w:lang w:eastAsia="zh-TW"/>
        </w:rPr>
        <w:t>：______</w:t>
      </w:r>
      <w:r w:rsidRPr="00163F4F">
        <w:rPr>
          <w:rFonts w:ascii="標楷體" w:eastAsia="標楷體" w:hAnsi="標楷體"/>
          <w:lang w:eastAsia="zh-TW"/>
        </w:rPr>
        <w:t>____________</w:t>
      </w:r>
      <w:r w:rsidRPr="00163F4F">
        <w:rPr>
          <w:rFonts w:ascii="標楷體" w:eastAsia="標楷體" w:hAnsi="標楷體" w:hint="eastAsia"/>
          <w:lang w:eastAsia="zh-TW"/>
        </w:rPr>
        <w:t>。</w:t>
      </w:r>
    </w:p>
    <w:p w14:paraId="678CBB31" w14:textId="7B6A6073" w:rsidR="008604AE" w:rsidRDefault="0025577D" w:rsidP="00E154D1">
      <w:pPr>
        <w:ind w:leftChars="200" w:left="660" w:hangingChars="100" w:hanging="220"/>
        <w:rPr>
          <w:rFonts w:ascii="標楷體" w:eastAsia="標楷體" w:hAnsi="標楷體"/>
          <w:lang w:eastAsia="zh-TW"/>
        </w:rPr>
      </w:pPr>
      <w:proofErr w:type="gramStart"/>
      <w:r w:rsidRPr="00163F4F">
        <w:rPr>
          <w:rFonts w:ascii="標楷體" w:eastAsia="標楷體" w:hAnsi="標楷體"/>
          <w:lang w:eastAsia="zh-TW"/>
        </w:rPr>
        <w:t>（</w:t>
      </w:r>
      <w:proofErr w:type="gramEnd"/>
      <w:r w:rsidR="00B803F1" w:rsidRPr="00163F4F">
        <w:rPr>
          <w:rFonts w:ascii="標楷體" w:eastAsia="標楷體" w:hAnsi="標楷體" w:hint="eastAsia"/>
          <w:lang w:eastAsia="zh-TW"/>
        </w:rPr>
        <w:t>開始提供</w:t>
      </w:r>
      <w:r w:rsidR="00B803F1" w:rsidRPr="00163F4F">
        <w:rPr>
          <w:rFonts w:ascii="標楷體" w:eastAsia="標楷體" w:hAnsi="標楷體"/>
          <w:lang w:eastAsia="zh-TW"/>
        </w:rPr>
        <w:t>日期：____年____月____日</w:t>
      </w:r>
      <w:r w:rsidR="00B803F1">
        <w:rPr>
          <w:rFonts w:ascii="標楷體" w:eastAsia="標楷體" w:hAnsi="標楷體" w:hint="eastAsia"/>
          <w:lang w:eastAsia="zh-TW"/>
        </w:rPr>
        <w:t>；結束日期</w:t>
      </w:r>
      <w:r w:rsidR="00B803F1" w:rsidRPr="00163F4F">
        <w:rPr>
          <w:rFonts w:ascii="標楷體" w:eastAsia="標楷體" w:hAnsi="標楷體"/>
          <w:lang w:eastAsia="zh-TW"/>
        </w:rPr>
        <w:t>____年____月____日</w:t>
      </w:r>
      <w:proofErr w:type="gramStart"/>
      <w:r w:rsidRPr="00163F4F">
        <w:rPr>
          <w:rFonts w:ascii="標楷體" w:eastAsia="標楷體" w:hAnsi="標楷體"/>
          <w:lang w:eastAsia="zh-TW"/>
        </w:rPr>
        <w:t>）</w:t>
      </w:r>
      <w:proofErr w:type="gramEnd"/>
    </w:p>
    <w:p w14:paraId="6812152A" w14:textId="77777777" w:rsidR="00E30D9C" w:rsidRPr="00163F4F" w:rsidRDefault="00E30D9C" w:rsidP="00E154D1">
      <w:pPr>
        <w:ind w:leftChars="200" w:left="660" w:hangingChars="100" w:hanging="220"/>
        <w:rPr>
          <w:rFonts w:ascii="標楷體" w:eastAsia="標楷體" w:hAnsi="標楷體"/>
          <w:lang w:eastAsia="zh-TW"/>
        </w:rPr>
      </w:pPr>
    </w:p>
    <w:p w14:paraId="1CF63B51" w14:textId="77777777" w:rsidR="008604AE" w:rsidRPr="00163F4F" w:rsidRDefault="00A739D7" w:rsidP="008604AE">
      <w:pPr>
        <w:ind w:leftChars="200" w:left="440"/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□</w:t>
      </w:r>
      <w:r w:rsidR="0025577D" w:rsidRPr="00163F4F">
        <w:rPr>
          <w:rFonts w:ascii="標楷體" w:eastAsia="標楷體" w:hAnsi="標楷體"/>
          <w:lang w:eastAsia="zh-TW"/>
        </w:rPr>
        <w:t>不同意</w:t>
      </w:r>
      <w:r w:rsidR="00E154D1" w:rsidRPr="00163F4F">
        <w:rPr>
          <w:rFonts w:ascii="標楷體" w:eastAsia="標楷體" w:hAnsi="標楷體"/>
          <w:lang w:eastAsia="zh-TW"/>
        </w:rPr>
        <w:t>（理由</w:t>
      </w:r>
      <w:r w:rsidR="00E154D1" w:rsidRPr="00163F4F">
        <w:rPr>
          <w:rFonts w:ascii="標楷體" w:eastAsia="標楷體" w:hAnsi="標楷體" w:cs="微軟正黑體"/>
          <w:lang w:eastAsia="zh-TW"/>
        </w:rPr>
        <w:t>說明</w:t>
      </w:r>
      <w:r w:rsidR="00E154D1" w:rsidRPr="00163F4F">
        <w:rPr>
          <w:rFonts w:ascii="標楷體" w:eastAsia="標楷體" w:hAnsi="標楷體"/>
          <w:lang w:eastAsia="zh-TW"/>
        </w:rPr>
        <w:t>）</w:t>
      </w:r>
      <w:r w:rsidR="00E154D1" w:rsidRPr="00163F4F">
        <w:rPr>
          <w:rFonts w:ascii="標楷體" w:eastAsia="標楷體" w:hAnsi="標楷體" w:hint="eastAsia"/>
          <w:lang w:eastAsia="zh-TW"/>
        </w:rPr>
        <w:t>：</w:t>
      </w:r>
    </w:p>
    <w:p w14:paraId="2D4E5736" w14:textId="77777777" w:rsidR="008604AE" w:rsidRPr="00163F4F" w:rsidRDefault="008604AE" w:rsidP="008604AE">
      <w:pPr>
        <w:rPr>
          <w:rFonts w:ascii="標楷體" w:eastAsia="標楷體" w:hAnsi="標楷體"/>
          <w:lang w:eastAsia="zh-TW"/>
        </w:rPr>
      </w:pPr>
    </w:p>
    <w:p w14:paraId="317482B7" w14:textId="6DEE5879" w:rsidR="00D872C3" w:rsidRPr="00163F4F" w:rsidRDefault="00A739D7" w:rsidP="006357D4">
      <w:pPr>
        <w:wordWrap w:val="0"/>
        <w:jc w:val="right"/>
        <w:rPr>
          <w:rFonts w:ascii="標楷體" w:eastAsia="標楷體" w:hAnsi="標楷體"/>
          <w:lang w:eastAsia="zh-TW"/>
        </w:rPr>
      </w:pPr>
      <w:r w:rsidRPr="00163F4F">
        <w:rPr>
          <w:rFonts w:ascii="標楷體" w:eastAsia="標楷體" w:hAnsi="標楷體"/>
          <w:lang w:eastAsia="zh-TW"/>
        </w:rPr>
        <w:t>受理單位</w:t>
      </w:r>
      <w:r w:rsidR="00E30D9C">
        <w:rPr>
          <w:rFonts w:ascii="標楷體" w:eastAsia="標楷體" w:hAnsi="標楷體"/>
          <w:lang w:eastAsia="zh-TW"/>
        </w:rPr>
        <w:t>核</w:t>
      </w:r>
      <w:r w:rsidR="0025577D" w:rsidRPr="00163F4F">
        <w:rPr>
          <w:rFonts w:ascii="標楷體" w:eastAsia="標楷體" w:hAnsi="標楷體"/>
          <w:lang w:eastAsia="zh-TW"/>
        </w:rPr>
        <w:t>章：</w:t>
      </w:r>
      <w:r w:rsidR="006357D4" w:rsidRPr="00163F4F">
        <w:rPr>
          <w:rFonts w:ascii="標楷體" w:eastAsia="標楷體" w:hAnsi="標楷體" w:hint="eastAsia"/>
          <w:lang w:eastAsia="zh-TW"/>
        </w:rPr>
        <w:t xml:space="preserve"> </w:t>
      </w:r>
      <w:r w:rsidR="006357D4" w:rsidRPr="00163F4F">
        <w:rPr>
          <w:rFonts w:ascii="標楷體" w:eastAsia="標楷體" w:hAnsi="標楷體"/>
          <w:lang w:eastAsia="zh-TW"/>
        </w:rPr>
        <w:t xml:space="preserve">    </w:t>
      </w:r>
      <w:r w:rsidR="00AD258E" w:rsidRPr="00163F4F">
        <w:rPr>
          <w:rFonts w:ascii="標楷體" w:eastAsia="標楷體" w:hAnsi="標楷體"/>
          <w:lang w:eastAsia="zh-TW"/>
        </w:rPr>
        <w:t xml:space="preserve">          </w:t>
      </w:r>
      <w:r w:rsidR="006357D4" w:rsidRPr="00163F4F">
        <w:rPr>
          <w:rFonts w:ascii="標楷體" w:eastAsia="標楷體" w:hAnsi="標楷體"/>
          <w:lang w:eastAsia="zh-TW"/>
        </w:rPr>
        <w:t xml:space="preserve">     </w:t>
      </w:r>
    </w:p>
    <w:sectPr w:rsidR="00D872C3" w:rsidRPr="00163F4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6D0"/>
    <w:rsid w:val="0001778C"/>
    <w:rsid w:val="00022D31"/>
    <w:rsid w:val="00034616"/>
    <w:rsid w:val="0006063C"/>
    <w:rsid w:val="00092146"/>
    <w:rsid w:val="0015074B"/>
    <w:rsid w:val="00163F4F"/>
    <w:rsid w:val="001B7D05"/>
    <w:rsid w:val="0025577D"/>
    <w:rsid w:val="0029639D"/>
    <w:rsid w:val="00326F90"/>
    <w:rsid w:val="00333BB1"/>
    <w:rsid w:val="003A12F7"/>
    <w:rsid w:val="004E5F68"/>
    <w:rsid w:val="00605E0B"/>
    <w:rsid w:val="006357D4"/>
    <w:rsid w:val="008604AE"/>
    <w:rsid w:val="00A739D7"/>
    <w:rsid w:val="00AA1D8D"/>
    <w:rsid w:val="00AD258E"/>
    <w:rsid w:val="00B47730"/>
    <w:rsid w:val="00B803F1"/>
    <w:rsid w:val="00C5137A"/>
    <w:rsid w:val="00C64A91"/>
    <w:rsid w:val="00CB0664"/>
    <w:rsid w:val="00D872C3"/>
    <w:rsid w:val="00DB13D4"/>
    <w:rsid w:val="00DC03AD"/>
    <w:rsid w:val="00DC7127"/>
    <w:rsid w:val="00E05B93"/>
    <w:rsid w:val="00E154D1"/>
    <w:rsid w:val="00E30D9C"/>
    <w:rsid w:val="00E67CBA"/>
    <w:rsid w:val="00EF26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DCCF16"/>
  <w14:defaultImageDpi w14:val="300"/>
  <w15:docId w15:val="{C760A640-8522-442B-B7F9-1138760B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697E8A-7079-47AA-893F-965D3302F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簡立婷</cp:lastModifiedBy>
  <cp:revision>24</cp:revision>
  <dcterms:created xsi:type="dcterms:W3CDTF">2013-12-23T23:15:00Z</dcterms:created>
  <dcterms:modified xsi:type="dcterms:W3CDTF">2026-03-23T08:06:00Z</dcterms:modified>
  <cp:category/>
</cp:coreProperties>
</file>